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6F" w:rsidRPr="0033416E" w:rsidRDefault="0009326F">
      <w:pPr>
        <w:jc w:val="center"/>
        <w:rPr>
          <w:rFonts w:ascii="Arial" w:hAnsi="Arial" w:cs="Arial"/>
          <w:b/>
          <w:color w:val="182B49"/>
          <w:sz w:val="28"/>
          <w:lang w:val="es-ES"/>
        </w:rPr>
      </w:pPr>
      <w:r w:rsidRPr="0033416E">
        <w:rPr>
          <w:rFonts w:ascii="Arial" w:hAnsi="Arial" w:cs="Arial"/>
          <w:b/>
          <w:noProof/>
          <w:color w:val="182B49"/>
          <w:sz w:val="28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-600075</wp:posOffset>
            </wp:positionV>
            <wp:extent cx="2377440" cy="921385"/>
            <wp:effectExtent l="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00"/>
                    <a:stretch/>
                  </pic:blipFill>
                  <pic:spPr bwMode="auto">
                    <a:xfrm>
                      <a:off x="0" y="0"/>
                      <a:ext cx="237744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26F" w:rsidRPr="0033416E" w:rsidRDefault="0009326F">
      <w:pPr>
        <w:jc w:val="center"/>
        <w:rPr>
          <w:rFonts w:ascii="Arial" w:hAnsi="Arial" w:cs="Arial"/>
          <w:b/>
          <w:color w:val="182B49"/>
          <w:sz w:val="28"/>
          <w:lang w:val="es-ES"/>
        </w:rPr>
      </w:pPr>
    </w:p>
    <w:p w:rsidR="003A6C54" w:rsidRPr="0033416E" w:rsidRDefault="0033416E">
      <w:pPr>
        <w:jc w:val="center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b/>
          <w:color w:val="182B49"/>
          <w:sz w:val="28"/>
          <w:lang w:val="es-ES"/>
        </w:rPr>
        <w:t xml:space="preserve">SOLICITUD DE ADMISIÓN POR VACANTES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3A6C54" w:rsidRPr="007D0227" w:rsidTr="0009326F">
        <w:trPr>
          <w:jc w:val="center"/>
        </w:trPr>
        <w:tc>
          <w:tcPr>
            <w:tcW w:w="9360" w:type="dxa"/>
            <w:shd w:val="clear" w:color="auto" w:fill="D658B5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A6C54" w:rsidRPr="0033416E" w:rsidRDefault="0033416E">
            <w:pPr>
              <w:rPr>
                <w:rFonts w:ascii="Arial" w:hAnsi="Arial" w:cs="Arial"/>
                <w:lang w:val="es-ES"/>
              </w:rPr>
            </w:pPr>
            <w:r w:rsidRPr="0033416E">
              <w:rPr>
                <w:rFonts w:ascii="Arial" w:hAnsi="Arial" w:cs="Arial"/>
                <w:b/>
                <w:color w:val="FFFFFF"/>
                <w:lang w:val="es-ES"/>
              </w:rPr>
              <w:t>1. DATOS PERSONALES DEL ALUMNO / A</w:t>
            </w:r>
          </w:p>
        </w:tc>
      </w:tr>
    </w:tbl>
    <w:p w:rsidR="003A6C54" w:rsidRPr="0033416E" w:rsidRDefault="003A6C54">
      <w:pPr>
        <w:spacing w:before="80" w:after="80"/>
        <w:rPr>
          <w:rFonts w:ascii="Arial" w:hAnsi="Arial" w:cs="Arial"/>
          <w:lang w:val="es-ES"/>
        </w:rPr>
      </w:pPr>
    </w:p>
    <w:tbl>
      <w:tblPr>
        <w:tblW w:w="0" w:type="auto"/>
        <w:jc w:val="center"/>
        <w:tblBorders>
          <w:top w:val="single" w:sz="18" w:space="0" w:color="92D050"/>
          <w:left w:val="single" w:sz="18" w:space="0" w:color="92D050"/>
          <w:bottom w:val="single" w:sz="18" w:space="0" w:color="92D050"/>
          <w:right w:val="single" w:sz="18" w:space="0" w:color="92D050"/>
          <w:insideH w:val="single" w:sz="18" w:space="0" w:color="92D050"/>
          <w:insideV w:val="single" w:sz="18" w:space="0" w:color="92D050"/>
        </w:tblBorders>
        <w:tblLook w:val="04A0" w:firstRow="1" w:lastRow="0" w:firstColumn="1" w:lastColumn="0" w:noHBand="0" w:noVBand="1"/>
      </w:tblPr>
      <w:tblGrid>
        <w:gridCol w:w="4659"/>
        <w:gridCol w:w="4655"/>
      </w:tblGrid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Nombre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Apellidos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A6C54" w:rsidP="00B4376A">
            <w:pPr>
              <w:rPr>
                <w:rFonts w:ascii="Arial" w:hAnsi="Arial" w:cs="Arial"/>
              </w:rPr>
            </w:pPr>
          </w:p>
        </w:tc>
      </w:tr>
      <w:tr w:rsidR="003A6C54" w:rsidRPr="007D0227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  <w:lang w:val="es-ES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>D.I.N. /</w:t>
            </w:r>
            <w:r w:rsidR="0031694F"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>NIE/</w:t>
            </w:r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 xml:space="preserve"> Pasaporte:</w:t>
            </w:r>
            <w:r w:rsidR="0009326F"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 xml:space="preserve"> </w:t>
            </w:r>
            <w:r w:rsidR="0009326F" w:rsidRPr="0033416E">
              <w:rPr>
                <w:rFonts w:ascii="Arial" w:hAnsi="Arial" w:cs="Arial"/>
                <w:b/>
                <w:color w:val="323232"/>
                <w:sz w:val="16"/>
                <w:lang w:val="es-ES"/>
              </w:rPr>
              <w:t>(Adjuntar copia)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4A1DF8" w:rsidRDefault="003A6C54">
            <w:pPr>
              <w:rPr>
                <w:rFonts w:ascii="Arial" w:hAnsi="Arial" w:cs="Arial"/>
                <w:lang w:val="es-ES"/>
              </w:rPr>
            </w:pPr>
          </w:p>
        </w:tc>
      </w:tr>
      <w:tr w:rsidR="0031694F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b/>
                <w:color w:val="323232"/>
                <w:sz w:val="20"/>
                <w:lang w:val="es-ES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>Nacionalidad: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color w:val="46505F"/>
                <w:sz w:val="20"/>
              </w:rPr>
            </w:pPr>
          </w:p>
        </w:tc>
      </w:tr>
      <w:tr w:rsidR="0031694F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b/>
                <w:color w:val="323232"/>
                <w:sz w:val="20"/>
                <w:lang w:val="es-ES"/>
              </w:rPr>
            </w:pP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>Pais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 xml:space="preserve"> de nacimiento: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color w:val="46505F"/>
                <w:sz w:val="20"/>
              </w:rPr>
            </w:pPr>
          </w:p>
        </w:tc>
      </w:tr>
      <w:tr w:rsidR="0031694F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b/>
                <w:color w:val="323232"/>
                <w:sz w:val="20"/>
                <w:lang w:val="es-ES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  <w:lang w:val="es-ES"/>
              </w:rPr>
              <w:t>Ciudad de nacimiento: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694F" w:rsidRPr="0033416E" w:rsidRDefault="0031694F">
            <w:pPr>
              <w:rPr>
                <w:rFonts w:ascii="Arial" w:hAnsi="Arial" w:cs="Arial"/>
                <w:color w:val="46505F"/>
                <w:sz w:val="20"/>
              </w:rPr>
            </w:pPr>
          </w:p>
        </w:tc>
      </w:tr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Fecha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 xml:space="preserve"> de </w:t>
            </w: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Nacimiento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r w:rsidRPr="0033416E">
              <w:rPr>
                <w:rFonts w:ascii="Arial" w:hAnsi="Arial" w:cs="Arial"/>
                <w:color w:val="46505F"/>
                <w:sz w:val="20"/>
              </w:rPr>
              <w:t>___ / ___ / ______          Edad: _______</w:t>
            </w:r>
          </w:p>
        </w:tc>
      </w:tr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</w:rPr>
              <w:t>Domicilio (Calle, nº, piso):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A6C54">
            <w:pPr>
              <w:rPr>
                <w:rFonts w:ascii="Arial" w:hAnsi="Arial" w:cs="Arial"/>
              </w:rPr>
            </w:pPr>
          </w:p>
        </w:tc>
      </w:tr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</w:rPr>
              <w:t>Localidad / C.P.: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A6C54" w:rsidP="00BD47AD">
            <w:pPr>
              <w:rPr>
                <w:rFonts w:ascii="Arial" w:hAnsi="Arial" w:cs="Arial"/>
              </w:rPr>
            </w:pPr>
          </w:p>
        </w:tc>
      </w:tr>
      <w:tr w:rsidR="00BD47AD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D47AD" w:rsidRPr="0033416E" w:rsidRDefault="00BD47AD">
            <w:pPr>
              <w:rPr>
                <w:rFonts w:ascii="Arial" w:hAnsi="Arial" w:cs="Arial"/>
                <w:b/>
                <w:color w:val="323232"/>
                <w:sz w:val="20"/>
              </w:rPr>
            </w:pP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Provincia</w:t>
            </w:r>
            <w:proofErr w:type="spellEnd"/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D47AD" w:rsidRPr="0033416E" w:rsidRDefault="00BD47AD" w:rsidP="00BD47AD">
            <w:pPr>
              <w:rPr>
                <w:rFonts w:ascii="Arial" w:hAnsi="Arial" w:cs="Arial"/>
                <w:color w:val="46505F"/>
                <w:sz w:val="20"/>
              </w:rPr>
            </w:pPr>
          </w:p>
        </w:tc>
      </w:tr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 w:rsidP="0031694F">
            <w:pPr>
              <w:rPr>
                <w:rFonts w:ascii="Arial" w:hAnsi="Arial" w:cs="Arial"/>
              </w:rPr>
            </w:pPr>
            <w:proofErr w:type="spellStart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Teléfono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 xml:space="preserve"> </w:t>
            </w:r>
            <w:proofErr w:type="spellStart"/>
            <w:r w:rsidR="0031694F" w:rsidRPr="0033416E">
              <w:rPr>
                <w:rFonts w:ascii="Arial" w:hAnsi="Arial" w:cs="Arial"/>
                <w:b/>
                <w:color w:val="323232"/>
                <w:sz w:val="20"/>
              </w:rPr>
              <w:t>móvil</w:t>
            </w:r>
            <w:proofErr w:type="spellEnd"/>
            <w:r w:rsidR="0031694F" w:rsidRPr="0033416E">
              <w:rPr>
                <w:rFonts w:ascii="Arial" w:hAnsi="Arial" w:cs="Arial"/>
                <w:b/>
                <w:color w:val="323232"/>
                <w:sz w:val="20"/>
              </w:rPr>
              <w:t xml:space="preserve"> </w:t>
            </w:r>
            <w:r w:rsidRPr="0033416E">
              <w:rPr>
                <w:rFonts w:ascii="Arial" w:hAnsi="Arial" w:cs="Arial"/>
                <w:b/>
                <w:color w:val="323232"/>
                <w:sz w:val="20"/>
              </w:rPr>
              <w:t xml:space="preserve">de </w:t>
            </w:r>
            <w:proofErr w:type="spellStart"/>
            <w:r w:rsidR="0031694F" w:rsidRPr="0033416E">
              <w:rPr>
                <w:rFonts w:ascii="Arial" w:hAnsi="Arial" w:cs="Arial"/>
                <w:b/>
                <w:color w:val="323232"/>
                <w:sz w:val="20"/>
              </w:rPr>
              <w:t>c</w:t>
            </w:r>
            <w:r w:rsidRPr="0033416E">
              <w:rPr>
                <w:rFonts w:ascii="Arial" w:hAnsi="Arial" w:cs="Arial"/>
                <w:b/>
                <w:color w:val="323232"/>
                <w:sz w:val="20"/>
              </w:rPr>
              <w:t>ontacto</w:t>
            </w:r>
            <w:proofErr w:type="spellEnd"/>
            <w:r w:rsidRPr="0033416E">
              <w:rPr>
                <w:rFonts w:ascii="Arial" w:hAnsi="Arial" w:cs="Arial"/>
                <w:b/>
                <w:color w:val="323232"/>
                <w:sz w:val="20"/>
              </w:rPr>
              <w:t>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A6C54" w:rsidP="0031694F">
            <w:pPr>
              <w:rPr>
                <w:rFonts w:ascii="Arial" w:hAnsi="Arial" w:cs="Arial"/>
              </w:rPr>
            </w:pPr>
          </w:p>
        </w:tc>
      </w:tr>
      <w:tr w:rsidR="003A6C54" w:rsidRPr="0033416E" w:rsidTr="008768E0">
        <w:trPr>
          <w:jc w:val="center"/>
        </w:trPr>
        <w:tc>
          <w:tcPr>
            <w:tcW w:w="468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3416E">
            <w:pPr>
              <w:rPr>
                <w:rFonts w:ascii="Arial" w:hAnsi="Arial" w:cs="Arial"/>
              </w:rPr>
            </w:pPr>
            <w:r w:rsidRPr="0033416E">
              <w:rPr>
                <w:rFonts w:ascii="Arial" w:hAnsi="Arial" w:cs="Arial"/>
                <w:b/>
                <w:color w:val="323232"/>
                <w:sz w:val="20"/>
              </w:rPr>
              <w:t>Correo Electrónico: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6C54" w:rsidRPr="0033416E" w:rsidRDefault="003A6C54">
            <w:pPr>
              <w:rPr>
                <w:rFonts w:ascii="Arial" w:hAnsi="Arial" w:cs="Arial"/>
              </w:rPr>
            </w:pPr>
          </w:p>
        </w:tc>
      </w:tr>
    </w:tbl>
    <w:p w:rsidR="00CA014C" w:rsidRPr="0033416E" w:rsidRDefault="00CA014C">
      <w:pPr>
        <w:spacing w:after="120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33CCFF"/>
        <w:tblLayout w:type="fixed"/>
        <w:tblLook w:val="04A0" w:firstRow="1" w:lastRow="0" w:firstColumn="1" w:lastColumn="0" w:noHBand="0" w:noVBand="1"/>
      </w:tblPr>
      <w:tblGrid>
        <w:gridCol w:w="9360"/>
      </w:tblGrid>
      <w:tr w:rsidR="00BD47AD" w:rsidRPr="0033416E" w:rsidTr="00BD47AD">
        <w:trPr>
          <w:jc w:val="center"/>
        </w:trPr>
        <w:tc>
          <w:tcPr>
            <w:tcW w:w="9360" w:type="dxa"/>
            <w:shd w:val="clear" w:color="auto" w:fill="33CC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47AD" w:rsidRPr="0033416E" w:rsidRDefault="00BD47AD" w:rsidP="00BD47AD">
            <w:pPr>
              <w:tabs>
                <w:tab w:val="center" w:pos="4530"/>
              </w:tabs>
              <w:rPr>
                <w:rFonts w:ascii="Arial" w:hAnsi="Arial" w:cs="Arial"/>
              </w:rPr>
            </w:pPr>
            <w:r w:rsidRPr="0033416E">
              <w:rPr>
                <w:rFonts w:ascii="Arial" w:hAnsi="Arial" w:cs="Arial"/>
                <w:b/>
                <w:color w:val="FFFFFF"/>
              </w:rPr>
              <w:t>2. FORMA DE ACCESO</w:t>
            </w:r>
            <w:r w:rsidRPr="0033416E">
              <w:rPr>
                <w:rFonts w:ascii="Arial" w:hAnsi="Arial" w:cs="Arial"/>
                <w:b/>
                <w:color w:val="FFFFFF"/>
              </w:rPr>
              <w:tab/>
            </w:r>
          </w:p>
        </w:tc>
      </w:tr>
    </w:tbl>
    <w:p w:rsidR="00BD47AD" w:rsidRPr="0033416E" w:rsidRDefault="00BD47AD" w:rsidP="00BD47AD">
      <w:pPr>
        <w:spacing w:before="80" w:after="80"/>
        <w:rPr>
          <w:rFonts w:ascii="Arial" w:hAnsi="Arial" w:cs="Arial"/>
        </w:rPr>
      </w:pPr>
    </w:p>
    <w:p w:rsidR="00BD47AD" w:rsidRPr="0033416E" w:rsidRDefault="00BD47AD" w:rsidP="00BD47AD">
      <w:pPr>
        <w:spacing w:before="40" w:after="12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b/>
          <w:color w:val="323232"/>
          <w:sz w:val="20"/>
          <w:lang w:val="es-ES"/>
        </w:rPr>
        <w:t>Indique la vía por la que solicita plaza (marque con una X):</w:t>
      </w:r>
    </w:p>
    <w:p w:rsidR="00BD47AD" w:rsidRPr="0033416E" w:rsidRDefault="0033416E" w:rsidP="00BD47AD">
      <w:pPr>
        <w:pStyle w:val="Prrafodelista"/>
        <w:numPr>
          <w:ilvl w:val="0"/>
          <w:numId w:val="14"/>
        </w:numPr>
        <w:spacing w:after="60"/>
        <w:rPr>
          <w:rFonts w:ascii="Arial" w:hAnsi="Arial" w:cs="Arial"/>
          <w:lang w:val="es-ES"/>
        </w:rPr>
      </w:pPr>
      <w:r>
        <w:rPr>
          <w:rFonts w:ascii="Arial" w:hAnsi="Arial" w:cs="Arial"/>
          <w:color w:val="323232"/>
          <w:sz w:val="19"/>
          <w:lang w:val="es-ES"/>
        </w:rPr>
        <w:t xml:space="preserve">Acceso al nivel </w:t>
      </w:r>
      <w:r w:rsidR="00BD47AD" w:rsidRPr="0033416E">
        <w:rPr>
          <w:rFonts w:ascii="Arial" w:hAnsi="Arial" w:cs="Arial"/>
          <w:color w:val="323232"/>
          <w:sz w:val="19"/>
          <w:lang w:val="es-ES"/>
        </w:rPr>
        <w:t>A1 (sin requisitos previos</w:t>
      </w:r>
      <w:r>
        <w:rPr>
          <w:rFonts w:ascii="Arial" w:hAnsi="Arial" w:cs="Arial"/>
          <w:color w:val="323232"/>
          <w:sz w:val="19"/>
          <w:lang w:val="es-ES"/>
        </w:rPr>
        <w:t>/primer curso/nivel principiante</w:t>
      </w:r>
      <w:r w:rsidR="00BD47AD" w:rsidRPr="0033416E">
        <w:rPr>
          <w:rFonts w:ascii="Arial" w:hAnsi="Arial" w:cs="Arial"/>
          <w:color w:val="323232"/>
          <w:sz w:val="19"/>
          <w:lang w:val="es-ES"/>
        </w:rPr>
        <w:t>).</w:t>
      </w:r>
    </w:p>
    <w:p w:rsidR="00BD47AD" w:rsidRPr="0033416E" w:rsidRDefault="00BD47AD" w:rsidP="00BD47AD">
      <w:pPr>
        <w:pStyle w:val="Prrafodelista"/>
        <w:numPr>
          <w:ilvl w:val="0"/>
          <w:numId w:val="14"/>
        </w:numPr>
        <w:spacing w:after="6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color w:val="323232"/>
          <w:sz w:val="19"/>
          <w:lang w:val="es-ES"/>
        </w:rPr>
        <w:t>Acceso mediante certificación académica o título oficial previo (adjuntar copia).</w:t>
      </w:r>
    </w:p>
    <w:p w:rsidR="00BD47AD" w:rsidRPr="0033416E" w:rsidRDefault="00BD47AD" w:rsidP="00BD47AD">
      <w:pPr>
        <w:pStyle w:val="Prrafodelista"/>
        <w:numPr>
          <w:ilvl w:val="0"/>
          <w:numId w:val="14"/>
        </w:numPr>
        <w:spacing w:after="60"/>
        <w:rPr>
          <w:rFonts w:ascii="Arial" w:hAnsi="Arial" w:cs="Arial"/>
          <w:color w:val="323232"/>
          <w:sz w:val="19"/>
          <w:lang w:val="es-ES"/>
        </w:rPr>
      </w:pPr>
      <w:r w:rsidRPr="0033416E">
        <w:rPr>
          <w:rFonts w:ascii="Arial" w:hAnsi="Arial" w:cs="Arial"/>
          <w:color w:val="323232"/>
          <w:sz w:val="19"/>
          <w:lang w:val="es-ES"/>
        </w:rPr>
        <w:t xml:space="preserve">Acceso mediante Prueba de Nivel realizada en la EOI </w:t>
      </w:r>
    </w:p>
    <w:p w:rsidR="003A6C54" w:rsidRPr="0033416E" w:rsidRDefault="003A6C54">
      <w:pPr>
        <w:spacing w:after="120"/>
        <w:rPr>
          <w:rFonts w:ascii="Arial" w:hAnsi="Arial" w:cs="Arial"/>
          <w:lang w:val="es-ES"/>
        </w:rPr>
      </w:pPr>
    </w:p>
    <w:tbl>
      <w:tblPr>
        <w:tblW w:w="0" w:type="auto"/>
        <w:jc w:val="center"/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9360"/>
      </w:tblGrid>
      <w:tr w:rsidR="003A6C54" w:rsidRPr="0033416E" w:rsidTr="00BD47AD">
        <w:trPr>
          <w:jc w:val="center"/>
        </w:trPr>
        <w:tc>
          <w:tcPr>
            <w:tcW w:w="9360" w:type="dxa"/>
            <w:shd w:val="clear" w:color="auto" w:fill="92D050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A6C54" w:rsidRPr="0033416E" w:rsidRDefault="00BD47AD">
            <w:pPr>
              <w:rPr>
                <w:rFonts w:ascii="Arial" w:hAnsi="Arial" w:cs="Arial"/>
                <w:color w:val="E8A2D6"/>
              </w:rPr>
            </w:pPr>
            <w:r w:rsidRPr="0033416E">
              <w:rPr>
                <w:rFonts w:ascii="Arial" w:hAnsi="Arial" w:cs="Arial"/>
                <w:b/>
                <w:color w:val="FFFFFF"/>
              </w:rPr>
              <w:t>3</w:t>
            </w:r>
            <w:r w:rsidR="0033416E" w:rsidRPr="0033416E">
              <w:rPr>
                <w:rFonts w:ascii="Arial" w:hAnsi="Arial" w:cs="Arial"/>
                <w:b/>
                <w:color w:val="FFFFFF"/>
              </w:rPr>
              <w:t>. IDIOMA Y CURSO SOLICITADO</w:t>
            </w:r>
          </w:p>
        </w:tc>
      </w:tr>
    </w:tbl>
    <w:p w:rsidR="003A6C54" w:rsidRPr="0033416E" w:rsidRDefault="003A6C54">
      <w:pPr>
        <w:spacing w:before="80" w:after="80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79"/>
        <w:gridCol w:w="2782"/>
        <w:gridCol w:w="4453"/>
      </w:tblGrid>
      <w:tr w:rsidR="00CA014C" w:rsidRPr="0033416E" w:rsidTr="00963D3D">
        <w:tc>
          <w:tcPr>
            <w:tcW w:w="2093" w:type="dxa"/>
            <w:tcBorders>
              <w:top w:val="single" w:sz="18" w:space="0" w:color="D658B5"/>
              <w:left w:val="single" w:sz="18" w:space="0" w:color="D658B5"/>
            </w:tcBorders>
            <w:vAlign w:val="bottom"/>
          </w:tcPr>
          <w:p w:rsidR="00CA014C" w:rsidRPr="0033416E" w:rsidRDefault="00CA014C" w:rsidP="00963D3D">
            <w:pPr>
              <w:spacing w:after="120"/>
              <w:jc w:val="center"/>
              <w:rPr>
                <w:rFonts w:ascii="Arial" w:hAnsi="Arial" w:cs="Arial"/>
                <w:b/>
                <w:sz w:val="16"/>
              </w:rPr>
            </w:pPr>
            <w:r w:rsidRPr="0033416E">
              <w:rPr>
                <w:rFonts w:ascii="Arial" w:hAnsi="Arial" w:cs="Arial"/>
                <w:b/>
                <w:sz w:val="16"/>
              </w:rPr>
              <w:t>IDIOMA</w:t>
            </w:r>
          </w:p>
        </w:tc>
        <w:tc>
          <w:tcPr>
            <w:tcW w:w="2835" w:type="dxa"/>
            <w:tcBorders>
              <w:top w:val="single" w:sz="18" w:space="0" w:color="D658B5"/>
            </w:tcBorders>
            <w:vAlign w:val="bottom"/>
          </w:tcPr>
          <w:p w:rsidR="00CA014C" w:rsidRPr="0033416E" w:rsidRDefault="00CA014C" w:rsidP="00963D3D">
            <w:pPr>
              <w:spacing w:after="120"/>
              <w:jc w:val="center"/>
              <w:rPr>
                <w:rFonts w:ascii="Arial" w:hAnsi="Arial" w:cs="Arial"/>
                <w:b/>
                <w:sz w:val="16"/>
              </w:rPr>
            </w:pPr>
            <w:r w:rsidRPr="0033416E">
              <w:rPr>
                <w:rFonts w:ascii="Arial" w:hAnsi="Arial" w:cs="Arial"/>
                <w:b/>
                <w:sz w:val="16"/>
              </w:rPr>
              <w:t>NIVEL</w:t>
            </w:r>
          </w:p>
        </w:tc>
        <w:tc>
          <w:tcPr>
            <w:tcW w:w="4572" w:type="dxa"/>
            <w:tcBorders>
              <w:top w:val="single" w:sz="18" w:space="0" w:color="D658B5"/>
              <w:right w:val="single" w:sz="18" w:space="0" w:color="D658B5"/>
            </w:tcBorders>
            <w:vAlign w:val="bottom"/>
          </w:tcPr>
          <w:p w:rsidR="00CA014C" w:rsidRPr="0033416E" w:rsidRDefault="00CA014C" w:rsidP="00963D3D">
            <w:pPr>
              <w:spacing w:after="120"/>
              <w:jc w:val="center"/>
              <w:rPr>
                <w:rFonts w:ascii="Arial" w:hAnsi="Arial" w:cs="Arial"/>
                <w:b/>
                <w:sz w:val="16"/>
              </w:rPr>
            </w:pPr>
            <w:r w:rsidRPr="0033416E">
              <w:rPr>
                <w:rFonts w:ascii="Arial" w:hAnsi="Arial" w:cs="Arial"/>
                <w:b/>
                <w:sz w:val="16"/>
              </w:rPr>
              <w:t>HORARIO</w:t>
            </w:r>
          </w:p>
        </w:tc>
      </w:tr>
      <w:tr w:rsidR="00531A47" w:rsidRPr="0033416E" w:rsidTr="00B4376A">
        <w:trPr>
          <w:trHeight w:val="252"/>
        </w:trPr>
        <w:tc>
          <w:tcPr>
            <w:tcW w:w="2093" w:type="dxa"/>
            <w:vMerge w:val="restart"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Alemán</w:t>
            </w:r>
            <w:proofErr w:type="spellEnd"/>
          </w:p>
        </w:tc>
        <w:tc>
          <w:tcPr>
            <w:tcW w:w="2835" w:type="dxa"/>
          </w:tcPr>
          <w:p w:rsidR="00531A47" w:rsidRPr="0033416E" w:rsidRDefault="00531A47" w:rsidP="00531A4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A1 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531A47" w:rsidP="00531A4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531A47" w:rsidRPr="0033416E" w:rsidTr="00B4376A">
        <w:trPr>
          <w:trHeight w:val="250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531A47" w:rsidP="002B4432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A2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531A47" w:rsidP="00531A4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531A47" w:rsidRPr="0033416E" w:rsidTr="00B4376A">
        <w:trPr>
          <w:trHeight w:val="250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531A47" w:rsidP="00531A47">
            <w:pPr>
              <w:pStyle w:val="Prrafodelista"/>
              <w:numPr>
                <w:ilvl w:val="0"/>
                <w:numId w:val="11"/>
              </w:numPr>
              <w:spacing w:after="120" w:line="276" w:lineRule="auto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B1 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531A47" w:rsidP="00531A4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531A47" w:rsidRPr="0033416E" w:rsidTr="00B4376A">
        <w:trPr>
          <w:trHeight w:val="250"/>
        </w:trPr>
        <w:tc>
          <w:tcPr>
            <w:tcW w:w="2093" w:type="dxa"/>
            <w:vMerge/>
            <w:tcBorders>
              <w:left w:val="single" w:sz="18" w:space="0" w:color="D658B5"/>
              <w:bottom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bottom w:val="single" w:sz="18" w:space="0" w:color="D658B5"/>
            </w:tcBorders>
          </w:tcPr>
          <w:p w:rsidR="00531A47" w:rsidRPr="0033416E" w:rsidRDefault="00531A47" w:rsidP="002B4432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1B2/2B2</w:t>
            </w:r>
          </w:p>
        </w:tc>
        <w:tc>
          <w:tcPr>
            <w:tcW w:w="4572" w:type="dxa"/>
            <w:tcBorders>
              <w:bottom w:val="single" w:sz="18" w:space="0" w:color="D658B5"/>
              <w:right w:val="single" w:sz="18" w:space="0" w:color="D658B5"/>
            </w:tcBorders>
          </w:tcPr>
          <w:p w:rsidR="00531A47" w:rsidRPr="0033416E" w:rsidRDefault="00531A47" w:rsidP="002B4432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531A47" w:rsidRPr="0033416E" w:rsidTr="00B4376A">
        <w:trPr>
          <w:trHeight w:val="48"/>
        </w:trPr>
        <w:tc>
          <w:tcPr>
            <w:tcW w:w="2093" w:type="dxa"/>
            <w:vMerge w:val="restart"/>
            <w:tcBorders>
              <w:top w:val="single" w:sz="18" w:space="0" w:color="D658B5"/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Francés</w:t>
            </w:r>
            <w:proofErr w:type="spellEnd"/>
          </w:p>
        </w:tc>
        <w:tc>
          <w:tcPr>
            <w:tcW w:w="2835" w:type="dxa"/>
            <w:tcBorders>
              <w:top w:val="single" w:sz="18" w:space="0" w:color="D658B5"/>
            </w:tcBorders>
          </w:tcPr>
          <w:p w:rsidR="00531A47" w:rsidRPr="0033416E" w:rsidRDefault="00531A47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A1</w:t>
            </w:r>
          </w:p>
        </w:tc>
        <w:tc>
          <w:tcPr>
            <w:tcW w:w="4572" w:type="dxa"/>
            <w:tcBorders>
              <w:top w:val="single" w:sz="18" w:space="0" w:color="D658B5"/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531A47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A2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531A47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B1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1B2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2B2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1C1</w:t>
            </w:r>
          </w:p>
        </w:tc>
        <w:tc>
          <w:tcPr>
            <w:tcW w:w="4572" w:type="dxa"/>
            <w:tcBorders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531A47" w:rsidRPr="0033416E" w:rsidTr="00B4376A">
        <w:trPr>
          <w:trHeight w:val="42"/>
        </w:trPr>
        <w:tc>
          <w:tcPr>
            <w:tcW w:w="2093" w:type="dxa"/>
            <w:vMerge/>
            <w:tcBorders>
              <w:left w:val="single" w:sz="18" w:space="0" w:color="D658B5"/>
              <w:bottom w:val="single" w:sz="18" w:space="0" w:color="D658B5"/>
            </w:tcBorders>
            <w:vAlign w:val="center"/>
          </w:tcPr>
          <w:p w:rsidR="00531A47" w:rsidRPr="0033416E" w:rsidRDefault="00531A47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bottom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2C1</w:t>
            </w:r>
          </w:p>
        </w:tc>
        <w:tc>
          <w:tcPr>
            <w:tcW w:w="4572" w:type="dxa"/>
            <w:tcBorders>
              <w:bottom w:val="single" w:sz="18" w:space="0" w:color="D658B5"/>
              <w:right w:val="single" w:sz="18" w:space="0" w:color="D658B5"/>
            </w:tcBorders>
          </w:tcPr>
          <w:p w:rsidR="00531A47" w:rsidRPr="0033416E" w:rsidRDefault="00E508C4" w:rsidP="00E508C4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E508C4" w:rsidRPr="0033416E" w:rsidTr="00B4376A">
        <w:trPr>
          <w:trHeight w:val="54"/>
        </w:trPr>
        <w:tc>
          <w:tcPr>
            <w:tcW w:w="2093" w:type="dxa"/>
            <w:vMerge w:val="restart"/>
            <w:tcBorders>
              <w:top w:val="single" w:sz="18" w:space="0" w:color="D658B5"/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Inglés</w:t>
            </w:r>
            <w:proofErr w:type="spellEnd"/>
          </w:p>
        </w:tc>
        <w:tc>
          <w:tcPr>
            <w:tcW w:w="2835" w:type="dxa"/>
            <w:tcBorders>
              <w:top w:val="single" w:sz="18" w:space="0" w:color="D658B5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A1</w:t>
            </w:r>
          </w:p>
        </w:tc>
        <w:tc>
          <w:tcPr>
            <w:tcW w:w="4572" w:type="dxa"/>
            <w:tcBorders>
              <w:top w:val="single" w:sz="18" w:space="0" w:color="D658B5"/>
              <w:bottom w:val="single" w:sz="12" w:space="0" w:color="auto"/>
              <w:right w:val="single" w:sz="18" w:space="0" w:color="D658B5"/>
            </w:tcBorders>
          </w:tcPr>
          <w:p w:rsidR="00E508C4" w:rsidRPr="0033416E" w:rsidRDefault="002219EC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10:00-12:00horas</w:t>
            </w:r>
          </w:p>
          <w:p w:rsidR="002219EC" w:rsidRPr="0033416E" w:rsidRDefault="002219EC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  <w:lang w:val="es-ES"/>
              </w:rPr>
            </w:pPr>
            <w:r w:rsidRPr="0033416E">
              <w:rPr>
                <w:rFonts w:ascii="Arial" w:hAnsi="Arial" w:cs="Arial"/>
                <w:sz w:val="16"/>
                <w:lang w:val="es-ES"/>
              </w:rPr>
              <w:t xml:space="preserve">Martes y Jueves </w:t>
            </w:r>
            <w:r w:rsidRPr="0033416E">
              <w:rPr>
                <w:rFonts w:ascii="Arial" w:hAnsi="Arial" w:cs="Arial"/>
                <w:sz w:val="16"/>
              </w:rPr>
              <w:t>17:00-19:00 horas</w:t>
            </w:r>
            <w:r w:rsidRPr="0033416E">
              <w:rPr>
                <w:rFonts w:ascii="Arial" w:hAnsi="Arial" w:cs="Arial"/>
                <w:sz w:val="16"/>
                <w:lang w:val="es-ES"/>
              </w:rPr>
              <w:t xml:space="preserve"> </w:t>
            </w:r>
          </w:p>
          <w:p w:rsidR="002219EC" w:rsidRPr="0033416E" w:rsidRDefault="002219EC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  <w:lang w:val="es-ES"/>
              </w:rPr>
            </w:pPr>
            <w:r w:rsidRPr="0033416E">
              <w:rPr>
                <w:rFonts w:ascii="Arial" w:hAnsi="Arial" w:cs="Arial"/>
                <w:sz w:val="16"/>
                <w:lang w:val="es-ES"/>
              </w:rPr>
              <w:t xml:space="preserve">Martes y Jueves </w:t>
            </w:r>
            <w:r w:rsidRPr="0033416E">
              <w:rPr>
                <w:rFonts w:ascii="Arial" w:hAnsi="Arial" w:cs="Arial"/>
                <w:sz w:val="16"/>
              </w:rPr>
              <w:t>19:00-21;00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  <w:lang w:val="es-ES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10:00-12:00horas</w:t>
            </w:r>
          </w:p>
          <w:p w:rsidR="00E508C4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B1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10:00-12:00horas</w:t>
            </w:r>
          </w:p>
          <w:p w:rsidR="00E508C4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7D022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1B</w:t>
            </w:r>
            <w:r w:rsidR="007D022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10:00-12:00horas</w:t>
            </w:r>
          </w:p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  <w:p w:rsidR="00E508C4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7D0227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2B</w:t>
            </w:r>
            <w:r w:rsidR="007D0227">
              <w:rPr>
                <w:rFonts w:ascii="Arial" w:hAnsi="Arial" w:cs="Arial"/>
                <w:sz w:val="16"/>
              </w:rPr>
              <w:t>2</w:t>
            </w:r>
            <w:bookmarkStart w:id="0" w:name="_GoBack"/>
            <w:bookmarkEnd w:id="0"/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10:00-12:00horas</w:t>
            </w:r>
          </w:p>
          <w:p w:rsidR="00E508C4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1C1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12:00-14:00horas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2C1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E508C4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12:00-14:00horas</w:t>
            </w:r>
          </w:p>
          <w:p w:rsidR="00451028" w:rsidRPr="0033416E" w:rsidRDefault="00451028" w:rsidP="00451028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E508C4" w:rsidRPr="0033416E" w:rsidTr="00B4376A">
        <w:trPr>
          <w:trHeight w:val="48"/>
        </w:trPr>
        <w:tc>
          <w:tcPr>
            <w:tcW w:w="2093" w:type="dxa"/>
            <w:vMerge/>
            <w:tcBorders>
              <w:left w:val="single" w:sz="18" w:space="0" w:color="D658B5"/>
              <w:bottom w:val="single" w:sz="18" w:space="0" w:color="D658B5"/>
            </w:tcBorders>
            <w:vAlign w:val="center"/>
          </w:tcPr>
          <w:p w:rsidR="00E508C4" w:rsidRPr="0033416E" w:rsidRDefault="00E508C4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8" w:space="0" w:color="D658B5"/>
              <w:right w:val="single" w:sz="12" w:space="0" w:color="auto"/>
            </w:tcBorders>
          </w:tcPr>
          <w:p w:rsidR="00E508C4" w:rsidRPr="0033416E" w:rsidRDefault="00E508C4" w:rsidP="002219EC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C2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8" w:space="0" w:color="D658B5"/>
              <w:right w:val="single" w:sz="18" w:space="0" w:color="D658B5"/>
            </w:tcBorders>
          </w:tcPr>
          <w:p w:rsidR="00E508C4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451028" w:rsidRPr="0033416E" w:rsidTr="00B4376A">
        <w:trPr>
          <w:trHeight w:val="66"/>
        </w:trPr>
        <w:tc>
          <w:tcPr>
            <w:tcW w:w="2093" w:type="dxa"/>
            <w:vMerge w:val="restart"/>
            <w:tcBorders>
              <w:top w:val="single" w:sz="18" w:space="0" w:color="D658B5"/>
              <w:left w:val="single" w:sz="18" w:space="0" w:color="D658B5"/>
            </w:tcBorders>
            <w:vAlign w:val="center"/>
          </w:tcPr>
          <w:p w:rsidR="00451028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Italiano</w:t>
            </w:r>
            <w:proofErr w:type="spellEnd"/>
          </w:p>
        </w:tc>
        <w:tc>
          <w:tcPr>
            <w:tcW w:w="2835" w:type="dxa"/>
            <w:tcBorders>
              <w:top w:val="single" w:sz="18" w:space="0" w:color="D658B5"/>
              <w:bottom w:val="single" w:sz="12" w:space="0" w:color="auto"/>
              <w:right w:val="single" w:sz="12" w:space="0" w:color="auto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A1</w:t>
            </w:r>
          </w:p>
        </w:tc>
        <w:tc>
          <w:tcPr>
            <w:tcW w:w="4572" w:type="dxa"/>
            <w:tcBorders>
              <w:top w:val="single" w:sz="18" w:space="0" w:color="D658B5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3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451028" w:rsidRPr="0033416E" w:rsidTr="00B4376A">
        <w:trPr>
          <w:trHeight w:val="65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451028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3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451028" w:rsidRPr="0033416E" w:rsidTr="00B4376A">
        <w:trPr>
          <w:trHeight w:val="65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451028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B1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3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451028" w:rsidRPr="0033416E" w:rsidTr="00B4376A">
        <w:trPr>
          <w:trHeight w:val="65"/>
        </w:trPr>
        <w:tc>
          <w:tcPr>
            <w:tcW w:w="2093" w:type="dxa"/>
            <w:vMerge/>
            <w:tcBorders>
              <w:left w:val="single" w:sz="18" w:space="0" w:color="D658B5"/>
              <w:bottom w:val="single" w:sz="18" w:space="0" w:color="D658B5"/>
            </w:tcBorders>
            <w:vAlign w:val="center"/>
          </w:tcPr>
          <w:p w:rsidR="00451028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1B2/2B2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3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451028" w:rsidRPr="0033416E" w:rsidTr="00B4376A">
        <w:trPr>
          <w:trHeight w:val="65"/>
        </w:trPr>
        <w:tc>
          <w:tcPr>
            <w:tcW w:w="2093" w:type="dxa"/>
            <w:vMerge/>
            <w:tcBorders>
              <w:top w:val="single" w:sz="18" w:space="0" w:color="D658B5"/>
              <w:left w:val="single" w:sz="18" w:space="0" w:color="D658B5"/>
              <w:bottom w:val="single" w:sz="12" w:space="0" w:color="auto"/>
            </w:tcBorders>
            <w:vAlign w:val="center"/>
          </w:tcPr>
          <w:p w:rsidR="00451028" w:rsidRPr="0033416E" w:rsidRDefault="00451028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1C1/2C1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451028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D104D1" w:rsidRPr="0033416E" w:rsidTr="00B4376A">
        <w:trPr>
          <w:trHeight w:val="118"/>
        </w:trPr>
        <w:tc>
          <w:tcPr>
            <w:tcW w:w="2093" w:type="dxa"/>
            <w:vMerge w:val="restart"/>
            <w:tcBorders>
              <w:top w:val="single" w:sz="12" w:space="0" w:color="auto"/>
              <w:left w:val="single" w:sz="18" w:space="0" w:color="D658B5"/>
            </w:tcBorders>
            <w:vAlign w:val="center"/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Español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(para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extranjeros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  <w:tr w:rsidR="00D104D1" w:rsidRPr="0033416E" w:rsidTr="00B4376A">
        <w:trPr>
          <w:trHeight w:val="115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A2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proofErr w:type="spellStart"/>
            <w:r w:rsidRPr="0033416E">
              <w:rPr>
                <w:rFonts w:ascii="Arial" w:hAnsi="Arial" w:cs="Arial"/>
                <w:sz w:val="16"/>
              </w:rPr>
              <w:t>Martes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Jueves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D104D1" w:rsidRPr="0033416E" w:rsidTr="00B4376A">
        <w:trPr>
          <w:trHeight w:val="115"/>
        </w:trPr>
        <w:tc>
          <w:tcPr>
            <w:tcW w:w="2093" w:type="dxa"/>
            <w:vMerge/>
            <w:tcBorders>
              <w:left w:val="single" w:sz="18" w:space="0" w:color="D658B5"/>
            </w:tcBorders>
            <w:vAlign w:val="center"/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B1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2" w:space="0" w:color="auto"/>
              <w:right w:val="single" w:sz="18" w:space="0" w:color="D658B5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19:00-21;00 horas</w:t>
            </w:r>
          </w:p>
        </w:tc>
      </w:tr>
      <w:tr w:rsidR="00D104D1" w:rsidRPr="0033416E" w:rsidTr="00B4376A">
        <w:trPr>
          <w:trHeight w:val="115"/>
        </w:trPr>
        <w:tc>
          <w:tcPr>
            <w:tcW w:w="2093" w:type="dxa"/>
            <w:vMerge/>
            <w:tcBorders>
              <w:left w:val="single" w:sz="18" w:space="0" w:color="D658B5"/>
              <w:bottom w:val="single" w:sz="18" w:space="0" w:color="D658B5"/>
            </w:tcBorders>
            <w:vAlign w:val="center"/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1"/>
              </w:numPr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8" w:space="0" w:color="D658B5"/>
              <w:right w:val="single" w:sz="12" w:space="0" w:color="auto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>B2</w:t>
            </w:r>
          </w:p>
        </w:tc>
        <w:tc>
          <w:tcPr>
            <w:tcW w:w="4572" w:type="dxa"/>
            <w:tcBorders>
              <w:top w:val="single" w:sz="12" w:space="0" w:color="auto"/>
              <w:bottom w:val="single" w:sz="18" w:space="0" w:color="D658B5"/>
              <w:right w:val="single" w:sz="18" w:space="0" w:color="D658B5"/>
            </w:tcBorders>
          </w:tcPr>
          <w:p w:rsidR="00D104D1" w:rsidRPr="0033416E" w:rsidRDefault="00D104D1" w:rsidP="00D104D1">
            <w:pPr>
              <w:pStyle w:val="Prrafodelista"/>
              <w:numPr>
                <w:ilvl w:val="0"/>
                <w:numId w:val="12"/>
              </w:numPr>
              <w:spacing w:after="120"/>
              <w:rPr>
                <w:rFonts w:ascii="Arial" w:hAnsi="Arial" w:cs="Arial"/>
                <w:sz w:val="16"/>
              </w:rPr>
            </w:pPr>
            <w:r w:rsidRPr="0033416E">
              <w:rPr>
                <w:rFonts w:ascii="Arial" w:hAnsi="Arial" w:cs="Arial"/>
                <w:sz w:val="16"/>
              </w:rPr>
              <w:t xml:space="preserve">Lunes y </w:t>
            </w:r>
            <w:proofErr w:type="spellStart"/>
            <w:r w:rsidRPr="0033416E">
              <w:rPr>
                <w:rFonts w:ascii="Arial" w:hAnsi="Arial" w:cs="Arial"/>
                <w:sz w:val="16"/>
              </w:rPr>
              <w:t>Miércoles</w:t>
            </w:r>
            <w:proofErr w:type="spellEnd"/>
            <w:r w:rsidRPr="0033416E">
              <w:rPr>
                <w:rFonts w:ascii="Arial" w:hAnsi="Arial" w:cs="Arial"/>
                <w:sz w:val="16"/>
              </w:rPr>
              <w:t xml:space="preserve"> 17:00-19:00 horas</w:t>
            </w:r>
          </w:p>
        </w:tc>
      </w:tr>
    </w:tbl>
    <w:p w:rsidR="0033416E" w:rsidRDefault="0033416E">
      <w:pPr>
        <w:spacing w:before="80" w:after="80"/>
        <w:rPr>
          <w:rFonts w:ascii="Arial" w:hAnsi="Arial" w:cs="Arial"/>
          <w:b/>
          <w:lang w:val="es-ES"/>
        </w:rPr>
      </w:pPr>
    </w:p>
    <w:p w:rsidR="0033416E" w:rsidRDefault="0033416E">
      <w:pPr>
        <w:spacing w:before="80" w:after="80"/>
        <w:rPr>
          <w:rFonts w:ascii="Arial" w:hAnsi="Arial" w:cs="Arial"/>
          <w:b/>
          <w:lang w:val="es-ES"/>
        </w:rPr>
      </w:pPr>
    </w:p>
    <w:p w:rsidR="0033416E" w:rsidRDefault="0033416E">
      <w:pPr>
        <w:spacing w:before="80" w:after="80"/>
        <w:rPr>
          <w:rFonts w:ascii="Arial" w:hAnsi="Arial" w:cs="Arial"/>
          <w:b/>
          <w:lang w:val="es-ES"/>
        </w:rPr>
      </w:pPr>
    </w:p>
    <w:p w:rsidR="003A6C54" w:rsidRPr="0033416E" w:rsidRDefault="008768E0">
      <w:pPr>
        <w:spacing w:before="80" w:after="80"/>
        <w:rPr>
          <w:rFonts w:ascii="Arial" w:hAnsi="Arial" w:cs="Arial"/>
          <w:b/>
          <w:lang w:val="es-ES"/>
        </w:rPr>
      </w:pPr>
      <w:r w:rsidRPr="0033416E">
        <w:rPr>
          <w:rFonts w:ascii="Arial" w:hAnsi="Arial" w:cs="Arial"/>
          <w:b/>
          <w:lang w:val="es-ES"/>
        </w:rPr>
        <w:t>4. DOCUMENTOS ADJUNTADOS</w:t>
      </w:r>
    </w:p>
    <w:p w:rsidR="008768E0" w:rsidRPr="0033416E" w:rsidRDefault="008768E0" w:rsidP="008768E0">
      <w:pPr>
        <w:pStyle w:val="Prrafodelista"/>
        <w:numPr>
          <w:ilvl w:val="0"/>
          <w:numId w:val="16"/>
        </w:numPr>
        <w:spacing w:before="80" w:after="8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lang w:val="es-ES"/>
        </w:rPr>
        <w:t>DNI/NIE/PASAPORTE</w:t>
      </w:r>
    </w:p>
    <w:p w:rsidR="008768E0" w:rsidRPr="0033416E" w:rsidRDefault="008768E0" w:rsidP="008768E0">
      <w:pPr>
        <w:pStyle w:val="Prrafodelista"/>
        <w:numPr>
          <w:ilvl w:val="0"/>
          <w:numId w:val="16"/>
        </w:numPr>
        <w:spacing w:before="80" w:after="8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lang w:val="es-ES"/>
        </w:rPr>
        <w:t>CERTIFICADO ACADÉMICO</w:t>
      </w:r>
    </w:p>
    <w:p w:rsidR="008768E0" w:rsidRPr="0033416E" w:rsidRDefault="008768E0" w:rsidP="008768E0">
      <w:pPr>
        <w:pStyle w:val="Prrafodelista"/>
        <w:numPr>
          <w:ilvl w:val="0"/>
          <w:numId w:val="16"/>
        </w:numPr>
        <w:spacing w:before="80" w:after="8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lang w:val="es-ES"/>
        </w:rPr>
        <w:t>RESGUARDO DE PAGO</w:t>
      </w:r>
    </w:p>
    <w:p w:rsidR="008768E0" w:rsidRPr="0033416E" w:rsidRDefault="008768E0">
      <w:pPr>
        <w:spacing w:before="80" w:after="80"/>
        <w:rPr>
          <w:rFonts w:ascii="Arial" w:hAnsi="Arial" w:cs="Arial"/>
          <w:b/>
          <w:lang w:val="es-ES"/>
        </w:rPr>
      </w:pPr>
    </w:p>
    <w:p w:rsidR="008768E0" w:rsidRPr="0033416E" w:rsidRDefault="008768E0">
      <w:pPr>
        <w:spacing w:before="80" w:after="80"/>
        <w:rPr>
          <w:rFonts w:ascii="Arial" w:hAnsi="Arial" w:cs="Arial"/>
          <w:b/>
          <w:lang w:val="es-ES"/>
        </w:rPr>
      </w:pPr>
      <w:r w:rsidRPr="0033416E">
        <w:rPr>
          <w:rFonts w:ascii="Arial" w:hAnsi="Arial" w:cs="Arial"/>
          <w:b/>
          <w:lang w:val="es-ES"/>
        </w:rPr>
        <w:t>5. DECLARACIÓN Y FIRMA</w:t>
      </w:r>
    </w:p>
    <w:p w:rsidR="003A6C54" w:rsidRPr="0033416E" w:rsidRDefault="0033416E">
      <w:pPr>
        <w:spacing w:before="80" w:after="240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color w:val="323232"/>
          <w:sz w:val="19"/>
          <w:lang w:val="es-ES"/>
        </w:rPr>
        <w:t>El/la interesado/a declara que son ciertos los datos consignados en la presente solicitud, que cumple con los requisitos establecidos para el acceso a las enseñanzas de idiomas y que conoce la normativa reguladora del proceso de admisión y matrícula de la Escuela Oficial de Idiomas «Raimundo de Toledo».</w:t>
      </w:r>
    </w:p>
    <w:p w:rsidR="003A6C54" w:rsidRPr="0033416E" w:rsidRDefault="0033416E">
      <w:pPr>
        <w:spacing w:before="400"/>
        <w:jc w:val="right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b/>
          <w:color w:val="323232"/>
          <w:sz w:val="20"/>
          <w:lang w:val="es-ES"/>
        </w:rPr>
        <w:t xml:space="preserve">En Toledo, a ____ de ________________ </w:t>
      </w:r>
      <w:proofErr w:type="spellStart"/>
      <w:r w:rsidRPr="0033416E">
        <w:rPr>
          <w:rFonts w:ascii="Arial" w:hAnsi="Arial" w:cs="Arial"/>
          <w:b/>
          <w:color w:val="323232"/>
          <w:sz w:val="20"/>
          <w:lang w:val="es-ES"/>
        </w:rPr>
        <w:t>de</w:t>
      </w:r>
      <w:proofErr w:type="spellEnd"/>
      <w:r w:rsidRPr="0033416E">
        <w:rPr>
          <w:rFonts w:ascii="Arial" w:hAnsi="Arial" w:cs="Arial"/>
          <w:b/>
          <w:color w:val="323232"/>
          <w:sz w:val="20"/>
          <w:lang w:val="es-ES"/>
        </w:rPr>
        <w:t xml:space="preserve"> 202__</w:t>
      </w:r>
      <w:r w:rsidRPr="0033416E">
        <w:rPr>
          <w:rFonts w:ascii="Arial" w:hAnsi="Arial" w:cs="Arial"/>
          <w:b/>
          <w:color w:val="323232"/>
          <w:sz w:val="20"/>
          <w:lang w:val="es-ES"/>
        </w:rPr>
        <w:br/>
      </w:r>
      <w:r w:rsidRPr="0033416E">
        <w:rPr>
          <w:rFonts w:ascii="Arial" w:hAnsi="Arial" w:cs="Arial"/>
          <w:b/>
          <w:color w:val="323232"/>
          <w:sz w:val="20"/>
          <w:lang w:val="es-ES"/>
        </w:rPr>
        <w:br/>
      </w:r>
      <w:r w:rsidRPr="0033416E">
        <w:rPr>
          <w:rFonts w:ascii="Arial" w:hAnsi="Arial" w:cs="Arial"/>
          <w:b/>
          <w:color w:val="323232"/>
          <w:sz w:val="20"/>
          <w:lang w:val="es-ES"/>
        </w:rPr>
        <w:br/>
      </w:r>
      <w:r w:rsidRPr="0033416E">
        <w:rPr>
          <w:rFonts w:ascii="Arial" w:hAnsi="Arial" w:cs="Arial"/>
          <w:b/>
          <w:color w:val="323232"/>
          <w:sz w:val="20"/>
          <w:lang w:val="es-ES"/>
        </w:rPr>
        <w:br/>
        <w:t>Fdo.: ____________________________________</w:t>
      </w:r>
    </w:p>
    <w:p w:rsidR="003A6C54" w:rsidRPr="0033416E" w:rsidRDefault="0033416E">
      <w:pPr>
        <w:spacing w:before="600"/>
        <w:jc w:val="center"/>
        <w:rPr>
          <w:rFonts w:ascii="Arial" w:hAnsi="Arial" w:cs="Arial"/>
          <w:lang w:val="es-ES"/>
        </w:rPr>
      </w:pPr>
      <w:r w:rsidRPr="0033416E">
        <w:rPr>
          <w:rFonts w:ascii="Arial" w:hAnsi="Arial" w:cs="Arial"/>
          <w:i/>
          <w:color w:val="46505F"/>
          <w:sz w:val="17"/>
          <w:lang w:val="es-ES"/>
        </w:rPr>
        <w:t>ESCUELA OFICIAL DE IDIOMAS «RAIMUNDO DE TOLEDO» — Toledo</w:t>
      </w:r>
      <w:r w:rsidRPr="0033416E">
        <w:rPr>
          <w:rFonts w:ascii="Arial" w:hAnsi="Arial" w:cs="Arial"/>
          <w:i/>
          <w:color w:val="46505F"/>
          <w:sz w:val="17"/>
          <w:lang w:val="es-ES"/>
        </w:rPr>
        <w:br/>
        <w:t>Documento oficial para gestión de vacantes y matrícula.</w:t>
      </w:r>
    </w:p>
    <w:sectPr w:rsidR="003A6C54" w:rsidRPr="0033416E" w:rsidSect="002B443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420A1"/>
    <w:multiLevelType w:val="hybridMultilevel"/>
    <w:tmpl w:val="1696F3B6"/>
    <w:lvl w:ilvl="0" w:tplc="CD7247C0">
      <w:start w:val="1"/>
      <w:numFmt w:val="bullet"/>
      <w:lvlText w:val=""/>
      <w:lvlJc w:val="left"/>
      <w:pPr>
        <w:ind w:left="11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205E7E66"/>
    <w:multiLevelType w:val="hybridMultilevel"/>
    <w:tmpl w:val="6352A792"/>
    <w:lvl w:ilvl="0" w:tplc="CD7247C0">
      <w:start w:val="1"/>
      <w:numFmt w:val="bullet"/>
      <w:lvlText w:val=""/>
      <w:lvlJc w:val="left"/>
      <w:pPr>
        <w:ind w:left="11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33840260"/>
    <w:multiLevelType w:val="hybridMultilevel"/>
    <w:tmpl w:val="533A5D08"/>
    <w:lvl w:ilvl="0" w:tplc="CD7247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E2DFC"/>
    <w:multiLevelType w:val="hybridMultilevel"/>
    <w:tmpl w:val="ACE8C24A"/>
    <w:lvl w:ilvl="0" w:tplc="CD7247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26D4D"/>
    <w:multiLevelType w:val="hybridMultilevel"/>
    <w:tmpl w:val="D84690D6"/>
    <w:lvl w:ilvl="0" w:tplc="CD7247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97DFA"/>
    <w:multiLevelType w:val="hybridMultilevel"/>
    <w:tmpl w:val="AF82C314"/>
    <w:lvl w:ilvl="0" w:tplc="CD7247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547D8"/>
    <w:multiLevelType w:val="hybridMultilevel"/>
    <w:tmpl w:val="11347416"/>
    <w:lvl w:ilvl="0" w:tplc="CD7247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15"/>
  </w:num>
  <w:num w:numId="13">
    <w:abstractNumId w:val="13"/>
  </w:num>
  <w:num w:numId="14">
    <w:abstractNumId w:val="9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326F"/>
    <w:rsid w:val="0015074B"/>
    <w:rsid w:val="002219EC"/>
    <w:rsid w:val="0029639D"/>
    <w:rsid w:val="002B4432"/>
    <w:rsid w:val="0031694F"/>
    <w:rsid w:val="00326F90"/>
    <w:rsid w:val="0033416E"/>
    <w:rsid w:val="003A6C54"/>
    <w:rsid w:val="00451028"/>
    <w:rsid w:val="004A1DF8"/>
    <w:rsid w:val="00531A47"/>
    <w:rsid w:val="007D0227"/>
    <w:rsid w:val="008768E0"/>
    <w:rsid w:val="00963D3D"/>
    <w:rsid w:val="00AA1D8D"/>
    <w:rsid w:val="00B4376A"/>
    <w:rsid w:val="00B47730"/>
    <w:rsid w:val="00B94158"/>
    <w:rsid w:val="00BD47AD"/>
    <w:rsid w:val="00CA014C"/>
    <w:rsid w:val="00CB0664"/>
    <w:rsid w:val="00D104D1"/>
    <w:rsid w:val="00E508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C96F60F-D558-4100-BDC1-FAF619AA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7AD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63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3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879C95-C5CF-44FF-A6E7-EE15D2BB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2408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3</cp:revision>
  <cp:lastPrinted>2026-09-25T11:27:00Z</cp:lastPrinted>
  <dcterms:created xsi:type="dcterms:W3CDTF">2026-09-25T12:05:00Z</dcterms:created>
  <dcterms:modified xsi:type="dcterms:W3CDTF">2026-09-29T06:27:00Z</dcterms:modified>
  <cp:category/>
</cp:coreProperties>
</file>